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662F" w14:textId="77777777" w:rsidR="004A31B5" w:rsidRDefault="00000000">
      <w:pPr>
        <w:spacing w:after="0"/>
        <w:jc w:val="center"/>
      </w:pPr>
      <w:r>
        <w:rPr>
          <w:b/>
          <w:sz w:val="22"/>
        </w:rPr>
        <w:t>T.C.</w:t>
      </w:r>
      <w:r>
        <w:rPr>
          <w:b/>
          <w:sz w:val="22"/>
        </w:rPr>
        <w:br/>
        <w:t>KIRŞEHİR AHİ EVRAN ÜNİVERSİTESİ</w:t>
      </w:r>
      <w:r>
        <w:rPr>
          <w:b/>
          <w:sz w:val="22"/>
        </w:rPr>
        <w:br/>
        <w:t>YABANCI DİLLER YÜKSEKOKULU MÜDÜRLÜĞÜ</w:t>
      </w:r>
    </w:p>
    <w:p w14:paraId="1691FA42" w14:textId="77777777" w:rsidR="004A31B5" w:rsidRDefault="00000000">
      <w:pPr>
        <w:spacing w:before="60" w:after="120"/>
        <w:jc w:val="center"/>
      </w:pPr>
      <w:r>
        <w:rPr>
          <w:b/>
          <w:sz w:val="22"/>
        </w:rPr>
        <w:t>2026/2027 EĞİTİM ÖĞRETİM YILI</w:t>
      </w:r>
      <w:r>
        <w:rPr>
          <w:b/>
          <w:sz w:val="22"/>
        </w:rPr>
        <w:br/>
        <w:t>YETERLİK (MUAFİYET) VE SEVİYE BELİRLEME SINAVI SONUÇ LİSTESİ</w:t>
      </w:r>
    </w:p>
    <w:p w14:paraId="793A8001" w14:textId="77777777" w:rsidR="004A31B5" w:rsidRDefault="00000000">
      <w:pPr>
        <w:spacing w:after="120"/>
        <w:jc w:val="right"/>
      </w:pPr>
      <w:r>
        <w:rPr>
          <w:sz w:val="18"/>
        </w:rPr>
        <w:t>Sınav Tarihi: 09.09.2026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1928"/>
        <w:gridCol w:w="5386"/>
        <w:gridCol w:w="1474"/>
      </w:tblGrid>
      <w:tr w:rsidR="004A31B5" w14:paraId="4241C070" w14:textId="77777777">
        <w:trPr>
          <w:trHeight w:val="340"/>
          <w:tblHeader/>
          <w:jc w:val="center"/>
        </w:trPr>
        <w:tc>
          <w:tcPr>
            <w:tcW w:w="737" w:type="dxa"/>
            <w:shd w:val="clear" w:color="auto" w:fill="D9E2F3"/>
            <w:vAlign w:val="center"/>
          </w:tcPr>
          <w:p w14:paraId="544D91E2" w14:textId="77777777" w:rsidR="004A31B5" w:rsidRDefault="00000000">
            <w:pPr>
              <w:jc w:val="center"/>
            </w:pPr>
            <w:r>
              <w:rPr>
                <w:b/>
                <w:sz w:val="18"/>
              </w:rPr>
              <w:t>S.N</w:t>
            </w:r>
          </w:p>
        </w:tc>
        <w:tc>
          <w:tcPr>
            <w:tcW w:w="1928" w:type="dxa"/>
            <w:shd w:val="clear" w:color="auto" w:fill="D9E2F3"/>
            <w:vAlign w:val="center"/>
          </w:tcPr>
          <w:p w14:paraId="3EE27E1E" w14:textId="77777777" w:rsidR="004A31B5" w:rsidRDefault="00000000">
            <w:pPr>
              <w:jc w:val="center"/>
            </w:pPr>
            <w:r>
              <w:rPr>
                <w:b/>
                <w:sz w:val="18"/>
              </w:rPr>
              <w:t>ÖĞRENCİ NO</w:t>
            </w:r>
          </w:p>
        </w:tc>
        <w:tc>
          <w:tcPr>
            <w:tcW w:w="5386" w:type="dxa"/>
            <w:shd w:val="clear" w:color="auto" w:fill="D9E2F3"/>
            <w:vAlign w:val="center"/>
          </w:tcPr>
          <w:p w14:paraId="120D17C6" w14:textId="77777777" w:rsidR="004A31B5" w:rsidRDefault="00000000">
            <w:pPr>
              <w:jc w:val="center"/>
            </w:pPr>
            <w:r>
              <w:rPr>
                <w:b/>
                <w:sz w:val="18"/>
              </w:rPr>
              <w:t>ADI VE SOYADI</w:t>
            </w:r>
          </w:p>
        </w:tc>
        <w:tc>
          <w:tcPr>
            <w:tcW w:w="1474" w:type="dxa"/>
            <w:shd w:val="clear" w:color="auto" w:fill="D9E2F3"/>
            <w:vAlign w:val="center"/>
          </w:tcPr>
          <w:p w14:paraId="1B55B65D" w14:textId="77777777" w:rsidR="004A31B5" w:rsidRDefault="00000000">
            <w:pPr>
              <w:jc w:val="center"/>
            </w:pPr>
            <w:r>
              <w:rPr>
                <w:b/>
                <w:sz w:val="18"/>
              </w:rPr>
              <w:t>TOTAL</w:t>
            </w:r>
            <w:r>
              <w:rPr>
                <w:b/>
                <w:sz w:val="18"/>
              </w:rPr>
              <w:br/>
              <w:t>(100)</w:t>
            </w:r>
          </w:p>
        </w:tc>
      </w:tr>
      <w:tr w:rsidR="004A31B5" w14:paraId="1CDB07D8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6F805A6F" w14:textId="77777777" w:rsidR="004A31B5" w:rsidRDefault="00000000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928" w:type="dxa"/>
            <w:vAlign w:val="center"/>
          </w:tcPr>
          <w:p w14:paraId="2A1A34AF" w14:textId="77777777" w:rsidR="004A31B5" w:rsidRDefault="00000000">
            <w:pPr>
              <w:jc w:val="center"/>
            </w:pPr>
            <w:r>
              <w:rPr>
                <w:sz w:val="18"/>
              </w:rPr>
              <w:t>252379155</w:t>
            </w:r>
          </w:p>
        </w:tc>
        <w:tc>
          <w:tcPr>
            <w:tcW w:w="5386" w:type="dxa"/>
            <w:vAlign w:val="center"/>
          </w:tcPr>
          <w:p w14:paraId="4A63E7D4" w14:textId="77777777" w:rsidR="004A31B5" w:rsidRDefault="00000000">
            <w:r>
              <w:rPr>
                <w:sz w:val="18"/>
              </w:rPr>
              <w:t>A****** M*******</w:t>
            </w:r>
          </w:p>
        </w:tc>
        <w:tc>
          <w:tcPr>
            <w:tcW w:w="1474" w:type="dxa"/>
            <w:vAlign w:val="center"/>
          </w:tcPr>
          <w:p w14:paraId="75C18A14" w14:textId="77777777" w:rsidR="004A31B5" w:rsidRDefault="00000000">
            <w:pPr>
              <w:jc w:val="center"/>
            </w:pPr>
            <w:r>
              <w:rPr>
                <w:sz w:val="18"/>
              </w:rPr>
              <w:t>83</w:t>
            </w:r>
          </w:p>
        </w:tc>
      </w:tr>
      <w:tr w:rsidR="004A31B5" w14:paraId="06618678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19C8B693" w14:textId="77777777" w:rsidR="004A31B5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28" w:type="dxa"/>
            <w:vAlign w:val="center"/>
          </w:tcPr>
          <w:p w14:paraId="4410D55B" w14:textId="77777777" w:rsidR="004A31B5" w:rsidRDefault="00000000">
            <w:pPr>
              <w:jc w:val="center"/>
            </w:pPr>
            <w:r>
              <w:rPr>
                <w:sz w:val="18"/>
              </w:rPr>
              <w:t>26221304</w:t>
            </w:r>
          </w:p>
        </w:tc>
        <w:tc>
          <w:tcPr>
            <w:tcW w:w="5386" w:type="dxa"/>
            <w:vAlign w:val="center"/>
          </w:tcPr>
          <w:p w14:paraId="54D5E77D" w14:textId="77777777" w:rsidR="004A31B5" w:rsidRDefault="00000000">
            <w:r>
              <w:rPr>
                <w:sz w:val="18"/>
              </w:rPr>
              <w:t>A****** K*********</w:t>
            </w:r>
          </w:p>
        </w:tc>
        <w:tc>
          <w:tcPr>
            <w:tcW w:w="1474" w:type="dxa"/>
            <w:vAlign w:val="center"/>
          </w:tcPr>
          <w:p w14:paraId="2D1E81AD" w14:textId="77777777" w:rsidR="004A31B5" w:rsidRDefault="00000000">
            <w:pPr>
              <w:jc w:val="center"/>
            </w:pPr>
            <w:r>
              <w:rPr>
                <w:sz w:val="18"/>
              </w:rPr>
              <w:t>8</w:t>
            </w:r>
          </w:p>
        </w:tc>
      </w:tr>
      <w:tr w:rsidR="004A31B5" w14:paraId="1FD1912D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66705B0B" w14:textId="77777777" w:rsidR="004A31B5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928" w:type="dxa"/>
            <w:vAlign w:val="center"/>
          </w:tcPr>
          <w:p w14:paraId="7F61B0B3" w14:textId="77777777" w:rsidR="004A31B5" w:rsidRDefault="00000000">
            <w:pPr>
              <w:jc w:val="center"/>
            </w:pPr>
            <w:r>
              <w:rPr>
                <w:sz w:val="18"/>
              </w:rPr>
              <w:t>252379016</w:t>
            </w:r>
          </w:p>
        </w:tc>
        <w:tc>
          <w:tcPr>
            <w:tcW w:w="5386" w:type="dxa"/>
            <w:vAlign w:val="center"/>
          </w:tcPr>
          <w:p w14:paraId="61C4BEF5" w14:textId="77777777" w:rsidR="004A31B5" w:rsidRDefault="00000000">
            <w:r>
              <w:rPr>
                <w:sz w:val="18"/>
              </w:rPr>
              <w:t>A****** A****</w:t>
            </w:r>
          </w:p>
        </w:tc>
        <w:tc>
          <w:tcPr>
            <w:tcW w:w="1474" w:type="dxa"/>
            <w:vAlign w:val="center"/>
          </w:tcPr>
          <w:p w14:paraId="53DEA7A0" w14:textId="77777777" w:rsidR="004A31B5" w:rsidRDefault="00000000">
            <w:pPr>
              <w:jc w:val="center"/>
            </w:pPr>
            <w:r>
              <w:rPr>
                <w:sz w:val="18"/>
              </w:rPr>
              <w:t>61</w:t>
            </w:r>
          </w:p>
        </w:tc>
      </w:tr>
      <w:tr w:rsidR="004A31B5" w14:paraId="677F6616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45BB1BFA" w14:textId="77777777" w:rsidR="004A31B5" w:rsidRDefault="00000000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28" w:type="dxa"/>
            <w:vAlign w:val="center"/>
          </w:tcPr>
          <w:p w14:paraId="362D1B3D" w14:textId="77777777" w:rsidR="004A31B5" w:rsidRDefault="00000000">
            <w:pPr>
              <w:jc w:val="center"/>
            </w:pPr>
            <w:r>
              <w:rPr>
                <w:sz w:val="18"/>
              </w:rPr>
              <w:t>262219031</w:t>
            </w:r>
          </w:p>
        </w:tc>
        <w:tc>
          <w:tcPr>
            <w:tcW w:w="5386" w:type="dxa"/>
            <w:vAlign w:val="center"/>
          </w:tcPr>
          <w:p w14:paraId="7B7ACFB1" w14:textId="77777777" w:rsidR="004A31B5" w:rsidRDefault="00000000">
            <w:r>
              <w:rPr>
                <w:sz w:val="18"/>
              </w:rPr>
              <w:t>R****** S***</w:t>
            </w:r>
          </w:p>
        </w:tc>
        <w:tc>
          <w:tcPr>
            <w:tcW w:w="1474" w:type="dxa"/>
            <w:vAlign w:val="center"/>
          </w:tcPr>
          <w:p w14:paraId="317EC604" w14:textId="77777777" w:rsidR="004A31B5" w:rsidRDefault="00000000">
            <w:pPr>
              <w:jc w:val="center"/>
            </w:pPr>
            <w:r>
              <w:rPr>
                <w:sz w:val="18"/>
              </w:rPr>
              <w:t>14</w:t>
            </w:r>
          </w:p>
        </w:tc>
      </w:tr>
      <w:tr w:rsidR="004A31B5" w14:paraId="7F46D572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1D7C43A5" w14:textId="77777777" w:rsidR="004A31B5" w:rsidRDefault="00000000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28" w:type="dxa"/>
            <w:vAlign w:val="center"/>
          </w:tcPr>
          <w:p w14:paraId="433BC8C3" w14:textId="77777777" w:rsidR="004A31B5" w:rsidRDefault="00000000">
            <w:pPr>
              <w:jc w:val="center"/>
            </w:pPr>
            <w:r>
              <w:rPr>
                <w:sz w:val="18"/>
              </w:rPr>
              <w:t>252379025</w:t>
            </w:r>
          </w:p>
        </w:tc>
        <w:tc>
          <w:tcPr>
            <w:tcW w:w="5386" w:type="dxa"/>
            <w:vAlign w:val="center"/>
          </w:tcPr>
          <w:p w14:paraId="6791C70A" w14:textId="77777777" w:rsidR="004A31B5" w:rsidRDefault="00000000">
            <w:r>
              <w:rPr>
                <w:sz w:val="18"/>
              </w:rPr>
              <w:t>B**** N** G******</w:t>
            </w:r>
          </w:p>
        </w:tc>
        <w:tc>
          <w:tcPr>
            <w:tcW w:w="1474" w:type="dxa"/>
            <w:vAlign w:val="center"/>
          </w:tcPr>
          <w:p w14:paraId="5E8DC18B" w14:textId="77777777" w:rsidR="004A31B5" w:rsidRDefault="00000000">
            <w:pPr>
              <w:jc w:val="center"/>
            </w:pPr>
            <w:r>
              <w:rPr>
                <w:sz w:val="18"/>
              </w:rPr>
              <w:t>30</w:t>
            </w:r>
          </w:p>
        </w:tc>
      </w:tr>
      <w:tr w:rsidR="004A31B5" w14:paraId="6AE6F444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5B778274" w14:textId="77777777" w:rsidR="004A31B5" w:rsidRDefault="00000000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1928" w:type="dxa"/>
            <w:vAlign w:val="center"/>
          </w:tcPr>
          <w:p w14:paraId="12D488B7" w14:textId="77777777" w:rsidR="004A31B5" w:rsidRDefault="00000000">
            <w:pPr>
              <w:jc w:val="center"/>
            </w:pPr>
            <w:r>
              <w:rPr>
                <w:sz w:val="18"/>
              </w:rPr>
              <w:t>262379033</w:t>
            </w:r>
          </w:p>
        </w:tc>
        <w:tc>
          <w:tcPr>
            <w:tcW w:w="5386" w:type="dxa"/>
            <w:vAlign w:val="center"/>
          </w:tcPr>
          <w:p w14:paraId="7E8D8F85" w14:textId="77777777" w:rsidR="004A31B5" w:rsidRDefault="00000000">
            <w:r>
              <w:rPr>
                <w:sz w:val="18"/>
              </w:rPr>
              <w:t>S**** Y*******</w:t>
            </w:r>
          </w:p>
        </w:tc>
        <w:tc>
          <w:tcPr>
            <w:tcW w:w="1474" w:type="dxa"/>
            <w:vAlign w:val="center"/>
          </w:tcPr>
          <w:p w14:paraId="17C7E69E" w14:textId="77777777" w:rsidR="004A31B5" w:rsidRDefault="00000000">
            <w:pPr>
              <w:jc w:val="center"/>
            </w:pPr>
            <w:r>
              <w:rPr>
                <w:sz w:val="18"/>
              </w:rPr>
              <w:t>0</w:t>
            </w:r>
          </w:p>
        </w:tc>
      </w:tr>
      <w:tr w:rsidR="004A31B5" w14:paraId="0C2F0C0D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3935CFBC" w14:textId="77777777" w:rsidR="004A31B5" w:rsidRDefault="00000000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928" w:type="dxa"/>
            <w:vAlign w:val="center"/>
          </w:tcPr>
          <w:p w14:paraId="606F4306" w14:textId="77777777" w:rsidR="004A31B5" w:rsidRDefault="00000000">
            <w:pPr>
              <w:jc w:val="center"/>
            </w:pPr>
            <w:r>
              <w:rPr>
                <w:sz w:val="18"/>
              </w:rPr>
              <w:t>252379010</w:t>
            </w:r>
          </w:p>
        </w:tc>
        <w:tc>
          <w:tcPr>
            <w:tcW w:w="5386" w:type="dxa"/>
            <w:vAlign w:val="center"/>
          </w:tcPr>
          <w:p w14:paraId="276B3451" w14:textId="77777777" w:rsidR="004A31B5" w:rsidRDefault="00000000">
            <w:r>
              <w:rPr>
                <w:sz w:val="18"/>
              </w:rPr>
              <w:t>E** G*****</w:t>
            </w:r>
          </w:p>
        </w:tc>
        <w:tc>
          <w:tcPr>
            <w:tcW w:w="1474" w:type="dxa"/>
            <w:vAlign w:val="center"/>
          </w:tcPr>
          <w:p w14:paraId="56C2D9EC" w14:textId="77777777" w:rsidR="004A31B5" w:rsidRDefault="00000000">
            <w:pPr>
              <w:jc w:val="center"/>
            </w:pPr>
            <w:r>
              <w:rPr>
                <w:sz w:val="18"/>
              </w:rPr>
              <w:t>30</w:t>
            </w:r>
          </w:p>
        </w:tc>
      </w:tr>
      <w:tr w:rsidR="004A31B5" w14:paraId="1644B8C1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03EE15FC" w14:textId="77777777" w:rsidR="004A31B5" w:rsidRDefault="00000000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928" w:type="dxa"/>
            <w:vAlign w:val="center"/>
          </w:tcPr>
          <w:p w14:paraId="5FCE0E0E" w14:textId="77777777" w:rsidR="004A31B5" w:rsidRDefault="00000000">
            <w:pPr>
              <w:jc w:val="center"/>
            </w:pPr>
            <w:r>
              <w:rPr>
                <w:sz w:val="18"/>
              </w:rPr>
              <w:t>262379016</w:t>
            </w:r>
          </w:p>
        </w:tc>
        <w:tc>
          <w:tcPr>
            <w:tcW w:w="5386" w:type="dxa"/>
            <w:vAlign w:val="center"/>
          </w:tcPr>
          <w:p w14:paraId="7EFE210C" w14:textId="77777777" w:rsidR="004A31B5" w:rsidRDefault="00000000">
            <w:r>
              <w:rPr>
                <w:sz w:val="18"/>
              </w:rPr>
              <w:t>H**** D****</w:t>
            </w:r>
          </w:p>
        </w:tc>
        <w:tc>
          <w:tcPr>
            <w:tcW w:w="1474" w:type="dxa"/>
            <w:vAlign w:val="center"/>
          </w:tcPr>
          <w:p w14:paraId="7646D420" w14:textId="2092354D" w:rsidR="004A31B5" w:rsidRDefault="00000000">
            <w:pPr>
              <w:jc w:val="center"/>
            </w:pPr>
            <w:r>
              <w:rPr>
                <w:sz w:val="18"/>
              </w:rPr>
              <w:t>6</w:t>
            </w:r>
            <w:r w:rsidR="00E82E8B">
              <w:rPr>
                <w:sz w:val="18"/>
              </w:rPr>
              <w:t>8</w:t>
            </w:r>
          </w:p>
        </w:tc>
      </w:tr>
      <w:tr w:rsidR="004A31B5" w14:paraId="05606476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65707198" w14:textId="77777777" w:rsidR="004A31B5" w:rsidRDefault="00000000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928" w:type="dxa"/>
            <w:vAlign w:val="center"/>
          </w:tcPr>
          <w:p w14:paraId="25C2B7E0" w14:textId="77777777" w:rsidR="004A31B5" w:rsidRDefault="00000000">
            <w:pPr>
              <w:jc w:val="center"/>
            </w:pPr>
            <w:r>
              <w:rPr>
                <w:sz w:val="18"/>
              </w:rPr>
              <w:t>262379006</w:t>
            </w:r>
          </w:p>
        </w:tc>
        <w:tc>
          <w:tcPr>
            <w:tcW w:w="5386" w:type="dxa"/>
            <w:vAlign w:val="center"/>
          </w:tcPr>
          <w:p w14:paraId="3A14D62E" w14:textId="77777777" w:rsidR="004A31B5" w:rsidRDefault="00000000">
            <w:r>
              <w:rPr>
                <w:sz w:val="18"/>
              </w:rPr>
              <w:t>H**** K********</w:t>
            </w:r>
          </w:p>
        </w:tc>
        <w:tc>
          <w:tcPr>
            <w:tcW w:w="1474" w:type="dxa"/>
            <w:vAlign w:val="center"/>
          </w:tcPr>
          <w:p w14:paraId="4C697954" w14:textId="77777777" w:rsidR="004A31B5" w:rsidRDefault="00000000">
            <w:pPr>
              <w:jc w:val="center"/>
            </w:pPr>
            <w:r>
              <w:rPr>
                <w:sz w:val="18"/>
              </w:rPr>
              <w:t>0</w:t>
            </w:r>
          </w:p>
        </w:tc>
      </w:tr>
      <w:tr w:rsidR="004A31B5" w14:paraId="3C177B60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5DFAA748" w14:textId="77777777" w:rsidR="004A31B5" w:rsidRDefault="00000000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1928" w:type="dxa"/>
            <w:vAlign w:val="center"/>
          </w:tcPr>
          <w:p w14:paraId="73F059A2" w14:textId="77777777" w:rsidR="004A31B5" w:rsidRDefault="00000000">
            <w:pPr>
              <w:jc w:val="center"/>
            </w:pPr>
            <w:r>
              <w:rPr>
                <w:sz w:val="18"/>
              </w:rPr>
              <w:t>252379038</w:t>
            </w:r>
          </w:p>
        </w:tc>
        <w:tc>
          <w:tcPr>
            <w:tcW w:w="5386" w:type="dxa"/>
            <w:vAlign w:val="center"/>
          </w:tcPr>
          <w:p w14:paraId="66AB8BF1" w14:textId="77777777" w:rsidR="004A31B5" w:rsidRDefault="00000000">
            <w:r>
              <w:rPr>
                <w:sz w:val="18"/>
              </w:rPr>
              <w:t>S****** O*** G****</w:t>
            </w:r>
          </w:p>
        </w:tc>
        <w:tc>
          <w:tcPr>
            <w:tcW w:w="1474" w:type="dxa"/>
            <w:vAlign w:val="center"/>
          </w:tcPr>
          <w:p w14:paraId="5E249290" w14:textId="77777777" w:rsidR="004A31B5" w:rsidRDefault="00000000">
            <w:pPr>
              <w:jc w:val="center"/>
            </w:pPr>
            <w:r>
              <w:rPr>
                <w:sz w:val="18"/>
              </w:rPr>
              <w:t>86</w:t>
            </w:r>
          </w:p>
        </w:tc>
      </w:tr>
      <w:tr w:rsidR="004A31B5" w14:paraId="76021216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6BE4DC47" w14:textId="77777777" w:rsidR="004A31B5" w:rsidRDefault="00000000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1928" w:type="dxa"/>
            <w:vAlign w:val="center"/>
          </w:tcPr>
          <w:p w14:paraId="45E377CB" w14:textId="77777777" w:rsidR="004A31B5" w:rsidRDefault="00000000">
            <w:pPr>
              <w:jc w:val="center"/>
            </w:pPr>
            <w:r>
              <w:rPr>
                <w:sz w:val="18"/>
              </w:rPr>
              <w:t>262379300</w:t>
            </w:r>
          </w:p>
        </w:tc>
        <w:tc>
          <w:tcPr>
            <w:tcW w:w="5386" w:type="dxa"/>
            <w:vAlign w:val="center"/>
          </w:tcPr>
          <w:p w14:paraId="42778515" w14:textId="77777777" w:rsidR="004A31B5" w:rsidRDefault="00000000">
            <w:r>
              <w:rPr>
                <w:sz w:val="18"/>
              </w:rPr>
              <w:t>M**** E***</w:t>
            </w:r>
          </w:p>
        </w:tc>
        <w:tc>
          <w:tcPr>
            <w:tcW w:w="1474" w:type="dxa"/>
            <w:vAlign w:val="center"/>
          </w:tcPr>
          <w:p w14:paraId="7E394467" w14:textId="33C9F058" w:rsidR="004A31B5" w:rsidRDefault="00000000">
            <w:pPr>
              <w:jc w:val="center"/>
            </w:pPr>
            <w:r>
              <w:rPr>
                <w:sz w:val="18"/>
              </w:rPr>
              <w:t>3</w:t>
            </w:r>
            <w:r w:rsidR="00E82E8B">
              <w:rPr>
                <w:sz w:val="18"/>
              </w:rPr>
              <w:t>2</w:t>
            </w:r>
          </w:p>
        </w:tc>
      </w:tr>
      <w:tr w:rsidR="004A31B5" w14:paraId="2105B2AC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487CBAC5" w14:textId="77777777" w:rsidR="004A31B5" w:rsidRDefault="00000000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1928" w:type="dxa"/>
            <w:vAlign w:val="center"/>
          </w:tcPr>
          <w:p w14:paraId="7415FD3E" w14:textId="77777777" w:rsidR="004A31B5" w:rsidRDefault="00000000">
            <w:pPr>
              <w:jc w:val="center"/>
            </w:pPr>
            <w:r>
              <w:rPr>
                <w:sz w:val="18"/>
              </w:rPr>
              <w:t>262379038</w:t>
            </w:r>
          </w:p>
        </w:tc>
        <w:tc>
          <w:tcPr>
            <w:tcW w:w="5386" w:type="dxa"/>
            <w:vAlign w:val="center"/>
          </w:tcPr>
          <w:p w14:paraId="0AA12006" w14:textId="77777777" w:rsidR="004A31B5" w:rsidRDefault="00000000">
            <w:r>
              <w:rPr>
                <w:sz w:val="18"/>
              </w:rPr>
              <w:t>S*** N** S****</w:t>
            </w:r>
          </w:p>
        </w:tc>
        <w:tc>
          <w:tcPr>
            <w:tcW w:w="1474" w:type="dxa"/>
            <w:vAlign w:val="center"/>
          </w:tcPr>
          <w:p w14:paraId="62563A41" w14:textId="77777777" w:rsidR="004A31B5" w:rsidRDefault="00000000">
            <w:pPr>
              <w:jc w:val="center"/>
            </w:pPr>
            <w:r>
              <w:rPr>
                <w:sz w:val="18"/>
              </w:rPr>
              <w:t>45</w:t>
            </w:r>
          </w:p>
        </w:tc>
      </w:tr>
      <w:tr w:rsidR="004A31B5" w14:paraId="02052AE4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72A428E7" w14:textId="77777777" w:rsidR="004A31B5" w:rsidRDefault="00000000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1928" w:type="dxa"/>
            <w:vAlign w:val="center"/>
          </w:tcPr>
          <w:p w14:paraId="1EC21D82" w14:textId="77777777" w:rsidR="004A31B5" w:rsidRDefault="00000000">
            <w:pPr>
              <w:jc w:val="center"/>
            </w:pPr>
            <w:r>
              <w:rPr>
                <w:sz w:val="18"/>
              </w:rPr>
              <w:t>262379026</w:t>
            </w:r>
          </w:p>
        </w:tc>
        <w:tc>
          <w:tcPr>
            <w:tcW w:w="5386" w:type="dxa"/>
            <w:vAlign w:val="center"/>
          </w:tcPr>
          <w:p w14:paraId="17F2B3CF" w14:textId="77777777" w:rsidR="004A31B5" w:rsidRDefault="00000000">
            <w:r>
              <w:rPr>
                <w:sz w:val="18"/>
              </w:rPr>
              <w:t>Y**** A****</w:t>
            </w:r>
          </w:p>
        </w:tc>
        <w:tc>
          <w:tcPr>
            <w:tcW w:w="1474" w:type="dxa"/>
            <w:vAlign w:val="center"/>
          </w:tcPr>
          <w:p w14:paraId="54E8CCC9" w14:textId="77777777" w:rsidR="004A31B5" w:rsidRDefault="00000000">
            <w:pPr>
              <w:jc w:val="center"/>
            </w:pPr>
            <w:r>
              <w:rPr>
                <w:sz w:val="18"/>
              </w:rPr>
              <w:t>27</w:t>
            </w:r>
          </w:p>
        </w:tc>
      </w:tr>
      <w:tr w:rsidR="004A31B5" w14:paraId="64CBA79A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1B4B2793" w14:textId="77777777" w:rsidR="004A31B5" w:rsidRDefault="00000000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1928" w:type="dxa"/>
            <w:vAlign w:val="center"/>
          </w:tcPr>
          <w:p w14:paraId="2D39F578" w14:textId="77777777" w:rsidR="004A31B5" w:rsidRDefault="00000000">
            <w:pPr>
              <w:jc w:val="center"/>
            </w:pPr>
            <w:r>
              <w:rPr>
                <w:sz w:val="18"/>
              </w:rPr>
              <w:t>255713013</w:t>
            </w:r>
          </w:p>
        </w:tc>
        <w:tc>
          <w:tcPr>
            <w:tcW w:w="5386" w:type="dxa"/>
            <w:vAlign w:val="center"/>
          </w:tcPr>
          <w:p w14:paraId="238AB684" w14:textId="77777777" w:rsidR="004A31B5" w:rsidRDefault="00000000">
            <w:r>
              <w:rPr>
                <w:sz w:val="18"/>
              </w:rPr>
              <w:t>Ç**** B*** Ş****</w:t>
            </w:r>
          </w:p>
        </w:tc>
        <w:tc>
          <w:tcPr>
            <w:tcW w:w="1474" w:type="dxa"/>
            <w:vAlign w:val="center"/>
          </w:tcPr>
          <w:p w14:paraId="1B88A917" w14:textId="77777777" w:rsidR="004A31B5" w:rsidRDefault="00000000">
            <w:pPr>
              <w:jc w:val="center"/>
            </w:pPr>
            <w:r>
              <w:rPr>
                <w:sz w:val="18"/>
              </w:rPr>
              <w:t>39</w:t>
            </w:r>
          </w:p>
        </w:tc>
      </w:tr>
      <w:tr w:rsidR="004A31B5" w14:paraId="2130AE2A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73E9AD63" w14:textId="77777777" w:rsidR="004A31B5" w:rsidRDefault="00000000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928" w:type="dxa"/>
            <w:vAlign w:val="center"/>
          </w:tcPr>
          <w:p w14:paraId="66ADA520" w14:textId="77777777" w:rsidR="004A31B5" w:rsidRDefault="00000000">
            <w:pPr>
              <w:jc w:val="center"/>
            </w:pPr>
            <w:r>
              <w:rPr>
                <w:sz w:val="18"/>
              </w:rPr>
              <w:t>262379009</w:t>
            </w:r>
          </w:p>
        </w:tc>
        <w:tc>
          <w:tcPr>
            <w:tcW w:w="5386" w:type="dxa"/>
            <w:vAlign w:val="center"/>
          </w:tcPr>
          <w:p w14:paraId="2EA4A7B3" w14:textId="77777777" w:rsidR="004A31B5" w:rsidRDefault="00000000">
            <w:r>
              <w:rPr>
                <w:sz w:val="18"/>
              </w:rPr>
              <w:t>S***** S******</w:t>
            </w:r>
          </w:p>
        </w:tc>
        <w:tc>
          <w:tcPr>
            <w:tcW w:w="1474" w:type="dxa"/>
            <w:vAlign w:val="center"/>
          </w:tcPr>
          <w:p w14:paraId="7DC24727" w14:textId="77777777" w:rsidR="004A31B5" w:rsidRDefault="00000000">
            <w:pPr>
              <w:jc w:val="center"/>
            </w:pPr>
            <w:r>
              <w:rPr>
                <w:sz w:val="18"/>
              </w:rPr>
              <w:t>23</w:t>
            </w:r>
          </w:p>
        </w:tc>
      </w:tr>
      <w:tr w:rsidR="004A31B5" w14:paraId="391571DA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639632A2" w14:textId="77777777" w:rsidR="004A31B5" w:rsidRDefault="00000000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1928" w:type="dxa"/>
            <w:vAlign w:val="center"/>
          </w:tcPr>
          <w:p w14:paraId="14216598" w14:textId="77777777" w:rsidR="004A31B5" w:rsidRDefault="00000000">
            <w:pPr>
              <w:jc w:val="center"/>
            </w:pPr>
            <w:r>
              <w:rPr>
                <w:sz w:val="18"/>
              </w:rPr>
              <w:t>262163008</w:t>
            </w:r>
          </w:p>
        </w:tc>
        <w:tc>
          <w:tcPr>
            <w:tcW w:w="5386" w:type="dxa"/>
            <w:vAlign w:val="center"/>
          </w:tcPr>
          <w:p w14:paraId="60432B8B" w14:textId="77777777" w:rsidR="004A31B5" w:rsidRDefault="00000000">
            <w:r>
              <w:rPr>
                <w:sz w:val="18"/>
              </w:rPr>
              <w:t>S****** I****</w:t>
            </w:r>
          </w:p>
        </w:tc>
        <w:tc>
          <w:tcPr>
            <w:tcW w:w="1474" w:type="dxa"/>
            <w:vAlign w:val="center"/>
          </w:tcPr>
          <w:p w14:paraId="0BEA5D99" w14:textId="77777777" w:rsidR="004A31B5" w:rsidRDefault="00000000">
            <w:pPr>
              <w:jc w:val="center"/>
            </w:pPr>
            <w:r>
              <w:rPr>
                <w:sz w:val="18"/>
              </w:rPr>
              <w:t>0</w:t>
            </w:r>
          </w:p>
        </w:tc>
      </w:tr>
      <w:tr w:rsidR="004A31B5" w14:paraId="3ECF5729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06BD85AD" w14:textId="77777777" w:rsidR="004A31B5" w:rsidRDefault="00000000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1928" w:type="dxa"/>
            <w:vAlign w:val="center"/>
          </w:tcPr>
          <w:p w14:paraId="2FBDEA48" w14:textId="77777777" w:rsidR="004A31B5" w:rsidRDefault="00000000">
            <w:pPr>
              <w:jc w:val="center"/>
            </w:pPr>
            <w:r>
              <w:rPr>
                <w:sz w:val="18"/>
              </w:rPr>
              <w:t>265751018</w:t>
            </w:r>
          </w:p>
        </w:tc>
        <w:tc>
          <w:tcPr>
            <w:tcW w:w="5386" w:type="dxa"/>
            <w:vAlign w:val="center"/>
          </w:tcPr>
          <w:p w14:paraId="23D19AFC" w14:textId="77777777" w:rsidR="004A31B5" w:rsidRDefault="00000000">
            <w:r>
              <w:rPr>
                <w:sz w:val="18"/>
              </w:rPr>
              <w:t>Z**** K*****</w:t>
            </w:r>
          </w:p>
        </w:tc>
        <w:tc>
          <w:tcPr>
            <w:tcW w:w="1474" w:type="dxa"/>
            <w:vAlign w:val="center"/>
          </w:tcPr>
          <w:p w14:paraId="3B336C52" w14:textId="77777777" w:rsidR="004A31B5" w:rsidRDefault="00000000">
            <w:pPr>
              <w:jc w:val="center"/>
            </w:pPr>
            <w:r>
              <w:rPr>
                <w:sz w:val="18"/>
              </w:rPr>
              <w:t>0</w:t>
            </w:r>
          </w:p>
        </w:tc>
      </w:tr>
      <w:tr w:rsidR="004A31B5" w14:paraId="38DC30C7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334FA3C6" w14:textId="77777777" w:rsidR="004A31B5" w:rsidRDefault="00000000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1928" w:type="dxa"/>
            <w:vAlign w:val="center"/>
          </w:tcPr>
          <w:p w14:paraId="114AC1A4" w14:textId="77777777" w:rsidR="004A31B5" w:rsidRDefault="00000000">
            <w:pPr>
              <w:jc w:val="center"/>
            </w:pPr>
            <w:r>
              <w:rPr>
                <w:sz w:val="18"/>
              </w:rPr>
              <w:t>252379009</w:t>
            </w:r>
          </w:p>
        </w:tc>
        <w:tc>
          <w:tcPr>
            <w:tcW w:w="5386" w:type="dxa"/>
            <w:vAlign w:val="center"/>
          </w:tcPr>
          <w:p w14:paraId="7BF37AD4" w14:textId="77777777" w:rsidR="004A31B5" w:rsidRDefault="00000000">
            <w:r>
              <w:rPr>
                <w:sz w:val="18"/>
              </w:rPr>
              <w:t>B**** K***</w:t>
            </w:r>
          </w:p>
        </w:tc>
        <w:tc>
          <w:tcPr>
            <w:tcW w:w="1474" w:type="dxa"/>
            <w:vAlign w:val="center"/>
          </w:tcPr>
          <w:p w14:paraId="46BC1771" w14:textId="77777777" w:rsidR="004A31B5" w:rsidRDefault="00000000">
            <w:pPr>
              <w:jc w:val="center"/>
            </w:pPr>
            <w:r>
              <w:rPr>
                <w:sz w:val="18"/>
              </w:rPr>
              <w:t>25</w:t>
            </w:r>
          </w:p>
        </w:tc>
      </w:tr>
      <w:tr w:rsidR="004A31B5" w14:paraId="0777FCE3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72481D41" w14:textId="77777777" w:rsidR="004A31B5" w:rsidRDefault="00000000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1928" w:type="dxa"/>
            <w:vAlign w:val="center"/>
          </w:tcPr>
          <w:p w14:paraId="53973415" w14:textId="77777777" w:rsidR="004A31B5" w:rsidRDefault="00000000">
            <w:pPr>
              <w:jc w:val="center"/>
            </w:pPr>
            <w:r>
              <w:rPr>
                <w:sz w:val="18"/>
              </w:rPr>
              <w:t>265611006</w:t>
            </w:r>
          </w:p>
        </w:tc>
        <w:tc>
          <w:tcPr>
            <w:tcW w:w="5386" w:type="dxa"/>
            <w:vAlign w:val="center"/>
          </w:tcPr>
          <w:p w14:paraId="6AB5F200" w14:textId="77777777" w:rsidR="004A31B5" w:rsidRDefault="00000000">
            <w:r>
              <w:rPr>
                <w:sz w:val="18"/>
              </w:rPr>
              <w:t>C*** T****</w:t>
            </w:r>
          </w:p>
        </w:tc>
        <w:tc>
          <w:tcPr>
            <w:tcW w:w="1474" w:type="dxa"/>
            <w:vAlign w:val="center"/>
          </w:tcPr>
          <w:p w14:paraId="6111EB2D" w14:textId="77777777" w:rsidR="004A31B5" w:rsidRDefault="00000000">
            <w:pPr>
              <w:jc w:val="center"/>
            </w:pPr>
            <w:r>
              <w:rPr>
                <w:sz w:val="18"/>
              </w:rPr>
              <w:t>67</w:t>
            </w:r>
          </w:p>
        </w:tc>
      </w:tr>
      <w:tr w:rsidR="004A31B5" w14:paraId="11EEE956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212D3448" w14:textId="77777777" w:rsidR="004A31B5" w:rsidRDefault="00000000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1928" w:type="dxa"/>
            <w:vAlign w:val="center"/>
          </w:tcPr>
          <w:p w14:paraId="5E3B8140" w14:textId="77777777" w:rsidR="004A31B5" w:rsidRDefault="00000000">
            <w:pPr>
              <w:jc w:val="center"/>
            </w:pPr>
            <w:r>
              <w:rPr>
                <w:sz w:val="18"/>
              </w:rPr>
              <w:t>262171010</w:t>
            </w:r>
          </w:p>
        </w:tc>
        <w:tc>
          <w:tcPr>
            <w:tcW w:w="5386" w:type="dxa"/>
            <w:vAlign w:val="center"/>
          </w:tcPr>
          <w:p w14:paraId="2BDA5EF3" w14:textId="77777777" w:rsidR="004A31B5" w:rsidRDefault="00000000">
            <w:r>
              <w:rPr>
                <w:sz w:val="18"/>
              </w:rPr>
              <w:t>Z***** S*****</w:t>
            </w:r>
          </w:p>
        </w:tc>
        <w:tc>
          <w:tcPr>
            <w:tcW w:w="1474" w:type="dxa"/>
            <w:vAlign w:val="center"/>
          </w:tcPr>
          <w:p w14:paraId="73795CED" w14:textId="77777777" w:rsidR="004A31B5" w:rsidRDefault="00000000">
            <w:pPr>
              <w:jc w:val="center"/>
            </w:pPr>
            <w:r>
              <w:rPr>
                <w:sz w:val="18"/>
              </w:rPr>
              <w:t>39</w:t>
            </w:r>
          </w:p>
        </w:tc>
      </w:tr>
      <w:tr w:rsidR="004A31B5" w14:paraId="117A58BB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157A37D3" w14:textId="77777777" w:rsidR="004A31B5" w:rsidRDefault="00000000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1928" w:type="dxa"/>
            <w:vAlign w:val="center"/>
          </w:tcPr>
          <w:p w14:paraId="0CBC5A3E" w14:textId="77777777" w:rsidR="004A31B5" w:rsidRDefault="00000000">
            <w:pPr>
              <w:jc w:val="center"/>
            </w:pPr>
            <w:r>
              <w:rPr>
                <w:sz w:val="18"/>
              </w:rPr>
              <w:t>265265007</w:t>
            </w:r>
          </w:p>
        </w:tc>
        <w:tc>
          <w:tcPr>
            <w:tcW w:w="5386" w:type="dxa"/>
            <w:vAlign w:val="center"/>
          </w:tcPr>
          <w:p w14:paraId="30DEC608" w14:textId="77777777" w:rsidR="004A31B5" w:rsidRDefault="00000000">
            <w:r>
              <w:rPr>
                <w:sz w:val="18"/>
              </w:rPr>
              <w:t>B**** E** Y*****</w:t>
            </w:r>
          </w:p>
        </w:tc>
        <w:tc>
          <w:tcPr>
            <w:tcW w:w="1474" w:type="dxa"/>
            <w:vAlign w:val="center"/>
          </w:tcPr>
          <w:p w14:paraId="6D5FDBA6" w14:textId="77777777" w:rsidR="004A31B5" w:rsidRDefault="00000000">
            <w:pPr>
              <w:jc w:val="center"/>
            </w:pPr>
            <w:r>
              <w:rPr>
                <w:sz w:val="18"/>
              </w:rPr>
              <w:t>36</w:t>
            </w:r>
          </w:p>
        </w:tc>
      </w:tr>
      <w:tr w:rsidR="004A31B5" w14:paraId="4F260C2B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1DAAC74A" w14:textId="77777777" w:rsidR="004A31B5" w:rsidRDefault="00000000"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1928" w:type="dxa"/>
            <w:vAlign w:val="center"/>
          </w:tcPr>
          <w:p w14:paraId="3BAC350E" w14:textId="77777777" w:rsidR="004A31B5" w:rsidRDefault="00000000">
            <w:pPr>
              <w:jc w:val="center"/>
            </w:pPr>
            <w:r>
              <w:rPr>
                <w:sz w:val="18"/>
              </w:rPr>
              <w:t>262379021</w:t>
            </w:r>
          </w:p>
        </w:tc>
        <w:tc>
          <w:tcPr>
            <w:tcW w:w="5386" w:type="dxa"/>
            <w:vAlign w:val="center"/>
          </w:tcPr>
          <w:p w14:paraId="587C2563" w14:textId="77777777" w:rsidR="004A31B5" w:rsidRDefault="00000000">
            <w:r>
              <w:rPr>
                <w:sz w:val="18"/>
              </w:rPr>
              <w:t>D*** B****</w:t>
            </w:r>
          </w:p>
        </w:tc>
        <w:tc>
          <w:tcPr>
            <w:tcW w:w="1474" w:type="dxa"/>
            <w:vAlign w:val="center"/>
          </w:tcPr>
          <w:p w14:paraId="2DB335DC" w14:textId="77777777" w:rsidR="004A31B5" w:rsidRDefault="00000000">
            <w:pPr>
              <w:jc w:val="center"/>
            </w:pPr>
            <w:r>
              <w:rPr>
                <w:sz w:val="18"/>
              </w:rPr>
              <w:t>55</w:t>
            </w:r>
          </w:p>
        </w:tc>
      </w:tr>
      <w:tr w:rsidR="004A31B5" w14:paraId="7D3ADFEE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01AD9FE6" w14:textId="77777777" w:rsidR="004A31B5" w:rsidRDefault="00000000"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1928" w:type="dxa"/>
            <w:vAlign w:val="center"/>
          </w:tcPr>
          <w:p w14:paraId="7CDBD899" w14:textId="77777777" w:rsidR="004A31B5" w:rsidRDefault="00000000">
            <w:pPr>
              <w:jc w:val="center"/>
            </w:pPr>
            <w:r>
              <w:rPr>
                <w:sz w:val="18"/>
              </w:rPr>
              <w:t>252379046</w:t>
            </w:r>
          </w:p>
        </w:tc>
        <w:tc>
          <w:tcPr>
            <w:tcW w:w="5386" w:type="dxa"/>
            <w:vAlign w:val="center"/>
          </w:tcPr>
          <w:p w14:paraId="19115F92" w14:textId="77777777" w:rsidR="004A31B5" w:rsidRDefault="00000000">
            <w:r>
              <w:rPr>
                <w:sz w:val="18"/>
              </w:rPr>
              <w:t>B**** D*****</w:t>
            </w:r>
          </w:p>
        </w:tc>
        <w:tc>
          <w:tcPr>
            <w:tcW w:w="1474" w:type="dxa"/>
            <w:vAlign w:val="center"/>
          </w:tcPr>
          <w:p w14:paraId="4A8C2381" w14:textId="77777777" w:rsidR="004A31B5" w:rsidRDefault="00000000">
            <w:pPr>
              <w:jc w:val="center"/>
            </w:pPr>
            <w:r>
              <w:rPr>
                <w:sz w:val="18"/>
              </w:rPr>
              <w:t>0</w:t>
            </w:r>
          </w:p>
        </w:tc>
      </w:tr>
      <w:tr w:rsidR="004A31B5" w14:paraId="1E74FD0E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56ADA605" w14:textId="77777777" w:rsidR="004A31B5" w:rsidRDefault="00000000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1928" w:type="dxa"/>
            <w:vAlign w:val="center"/>
          </w:tcPr>
          <w:p w14:paraId="5EC6F1B2" w14:textId="77777777" w:rsidR="004A31B5" w:rsidRDefault="00000000">
            <w:pPr>
              <w:jc w:val="center"/>
            </w:pPr>
            <w:r>
              <w:rPr>
                <w:sz w:val="18"/>
              </w:rPr>
              <w:t>262511011</w:t>
            </w:r>
          </w:p>
        </w:tc>
        <w:tc>
          <w:tcPr>
            <w:tcW w:w="5386" w:type="dxa"/>
            <w:vAlign w:val="center"/>
          </w:tcPr>
          <w:p w14:paraId="11331860" w14:textId="77777777" w:rsidR="004A31B5" w:rsidRDefault="00000000">
            <w:r>
              <w:rPr>
                <w:sz w:val="18"/>
              </w:rPr>
              <w:t>G***** A******</w:t>
            </w:r>
          </w:p>
        </w:tc>
        <w:tc>
          <w:tcPr>
            <w:tcW w:w="1474" w:type="dxa"/>
            <w:vAlign w:val="center"/>
          </w:tcPr>
          <w:p w14:paraId="703AE520" w14:textId="77777777" w:rsidR="004A31B5" w:rsidRDefault="00000000">
            <w:pPr>
              <w:jc w:val="center"/>
            </w:pPr>
            <w:r>
              <w:rPr>
                <w:sz w:val="18"/>
              </w:rPr>
              <w:t>61</w:t>
            </w:r>
          </w:p>
        </w:tc>
      </w:tr>
      <w:tr w:rsidR="004A31B5" w14:paraId="0BE22CBB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091CC274" w14:textId="77777777" w:rsidR="004A31B5" w:rsidRDefault="00000000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1928" w:type="dxa"/>
            <w:vAlign w:val="center"/>
          </w:tcPr>
          <w:p w14:paraId="2F5C90BE" w14:textId="77777777" w:rsidR="004A31B5" w:rsidRDefault="00000000">
            <w:pPr>
              <w:jc w:val="center"/>
            </w:pPr>
            <w:r>
              <w:rPr>
                <w:sz w:val="18"/>
              </w:rPr>
              <w:t>262527005</w:t>
            </w:r>
          </w:p>
        </w:tc>
        <w:tc>
          <w:tcPr>
            <w:tcW w:w="5386" w:type="dxa"/>
            <w:vAlign w:val="center"/>
          </w:tcPr>
          <w:p w14:paraId="0D299022" w14:textId="77777777" w:rsidR="004A31B5" w:rsidRDefault="00000000">
            <w:r>
              <w:rPr>
                <w:sz w:val="18"/>
              </w:rPr>
              <w:t>K**** Y**** T****</w:t>
            </w:r>
          </w:p>
        </w:tc>
        <w:tc>
          <w:tcPr>
            <w:tcW w:w="1474" w:type="dxa"/>
            <w:vAlign w:val="center"/>
          </w:tcPr>
          <w:p w14:paraId="0E8B2A4B" w14:textId="77777777" w:rsidR="004A31B5" w:rsidRDefault="00000000">
            <w:pPr>
              <w:jc w:val="center"/>
            </w:pPr>
            <w:r>
              <w:rPr>
                <w:sz w:val="18"/>
              </w:rPr>
              <w:t>52</w:t>
            </w:r>
          </w:p>
        </w:tc>
      </w:tr>
      <w:tr w:rsidR="004A31B5" w14:paraId="3C1447A6" w14:textId="77777777">
        <w:trPr>
          <w:trHeight w:val="340"/>
          <w:jc w:val="center"/>
        </w:trPr>
        <w:tc>
          <w:tcPr>
            <w:tcW w:w="737" w:type="dxa"/>
            <w:vAlign w:val="center"/>
          </w:tcPr>
          <w:p w14:paraId="7EDABF39" w14:textId="77777777" w:rsidR="004A31B5" w:rsidRDefault="00000000">
            <w:pPr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1928" w:type="dxa"/>
            <w:vAlign w:val="center"/>
          </w:tcPr>
          <w:p w14:paraId="28E6DDE0" w14:textId="77777777" w:rsidR="004A31B5" w:rsidRDefault="00000000">
            <w:pPr>
              <w:jc w:val="center"/>
            </w:pPr>
            <w:r>
              <w:rPr>
                <w:sz w:val="18"/>
              </w:rPr>
              <w:t>252379157</w:t>
            </w:r>
          </w:p>
        </w:tc>
        <w:tc>
          <w:tcPr>
            <w:tcW w:w="5386" w:type="dxa"/>
            <w:vAlign w:val="center"/>
          </w:tcPr>
          <w:p w14:paraId="3BDAB111" w14:textId="77777777" w:rsidR="004A31B5" w:rsidRDefault="00000000">
            <w:r>
              <w:rPr>
                <w:sz w:val="18"/>
              </w:rPr>
              <w:t>Y***** J*********</w:t>
            </w:r>
          </w:p>
        </w:tc>
        <w:tc>
          <w:tcPr>
            <w:tcW w:w="1474" w:type="dxa"/>
            <w:vAlign w:val="center"/>
          </w:tcPr>
          <w:p w14:paraId="4FC7B915" w14:textId="77777777" w:rsidR="004A31B5" w:rsidRDefault="00000000">
            <w:pPr>
              <w:jc w:val="center"/>
            </w:pPr>
            <w:r>
              <w:rPr>
                <w:sz w:val="18"/>
              </w:rPr>
              <w:t>20</w:t>
            </w:r>
          </w:p>
        </w:tc>
      </w:tr>
    </w:tbl>
    <w:p w14:paraId="710D9028" w14:textId="77777777" w:rsidR="004A31B5" w:rsidRDefault="00000000">
      <w:pPr>
        <w:spacing w:before="120"/>
      </w:pPr>
      <w:r>
        <w:rPr>
          <w:i/>
          <w:sz w:val="17"/>
        </w:rPr>
        <w:t>Not: Listede yalnızca sınavın TOTAL puanı (100 üzerinden) gösterilmiştir.</w:t>
      </w:r>
    </w:p>
    <w:sectPr w:rsidR="004A31B5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307655">
    <w:abstractNumId w:val="8"/>
  </w:num>
  <w:num w:numId="2" w16cid:durableId="1034387127">
    <w:abstractNumId w:val="6"/>
  </w:num>
  <w:num w:numId="3" w16cid:durableId="1015613547">
    <w:abstractNumId w:val="5"/>
  </w:num>
  <w:num w:numId="4" w16cid:durableId="1184321507">
    <w:abstractNumId w:val="4"/>
  </w:num>
  <w:num w:numId="5" w16cid:durableId="1014963179">
    <w:abstractNumId w:val="7"/>
  </w:num>
  <w:num w:numId="6" w16cid:durableId="193613843">
    <w:abstractNumId w:val="3"/>
  </w:num>
  <w:num w:numId="7" w16cid:durableId="433015389">
    <w:abstractNumId w:val="2"/>
  </w:num>
  <w:num w:numId="8" w16cid:durableId="88046491">
    <w:abstractNumId w:val="1"/>
  </w:num>
  <w:num w:numId="9" w16cid:durableId="90467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31B5"/>
    <w:rsid w:val="00801364"/>
    <w:rsid w:val="00AA1D8D"/>
    <w:rsid w:val="00B47730"/>
    <w:rsid w:val="00CB0664"/>
    <w:rsid w:val="00E82E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1A26CF"/>
  <w14:defaultImageDpi w14:val="300"/>
  <w15:docId w15:val="{250CB634-847A-4C65-89C8-E5531F01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Burçak Tuba TAYHAN GÜZEL</cp:lastModifiedBy>
  <cp:revision>2</cp:revision>
  <dcterms:created xsi:type="dcterms:W3CDTF">2013-12-23T23:15:00Z</dcterms:created>
  <dcterms:modified xsi:type="dcterms:W3CDTF">2026-09-11T13:41:00Z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208492ea-e9a5-43d3-9640-d1e49a56bed1</vt:lpwstr>
  </property>
</Properties>
</file>